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9F15F" w14:textId="77777777" w:rsidR="009C61FD" w:rsidRDefault="00D04175">
      <w:pPr>
        <w:spacing w:before="160" w:after="60"/>
      </w:pPr>
      <w:r>
        <w:rPr>
          <w:b/>
          <w:color w:val="1F4E79"/>
          <w:sz w:val="22"/>
        </w:rPr>
        <w:t>FORMULÁŘ ZÁMĚRU</w:t>
      </w:r>
    </w:p>
    <w:p w14:paraId="2C1DC1EC" w14:textId="77777777" w:rsidR="009C61FD" w:rsidRDefault="00D04175">
      <w:pPr>
        <w:spacing w:after="100"/>
      </w:pPr>
      <w:r>
        <w:rPr>
          <w:b/>
          <w:sz w:val="44"/>
        </w:rPr>
        <w:t>Program celoživotního vzdělávání</w:t>
      </w:r>
      <w:r>
        <w:rPr>
          <w:b/>
          <w:sz w:val="44"/>
        </w:rPr>
        <w:br/>
        <w:t>opatřený mikrocertifikátem</w:t>
      </w:r>
    </w:p>
    <w:p w14:paraId="0CA5509B" w14:textId="77777777" w:rsidR="009C61FD" w:rsidRDefault="00D04175">
      <w:pPr>
        <w:spacing w:after="280"/>
      </w:pPr>
      <w:r>
        <w:rPr>
          <w:color w:val="666666"/>
        </w:rPr>
        <w:t>Výzva Filozofické fakulty Univerzity Palackého v Olomouci</w:t>
      </w:r>
    </w:p>
    <w:p w14:paraId="3D1203EE" w14:textId="77777777" w:rsidR="009C61FD" w:rsidRDefault="00D04175">
      <w:pPr>
        <w:pStyle w:val="Nadpis1"/>
      </w:pPr>
      <w:r>
        <w:t>1. Základní údaje</w:t>
      </w:r>
    </w:p>
    <w:tbl>
      <w:tblPr>
        <w:tblStyle w:val="Mkatabulky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000"/>
        <w:gridCol w:w="6360"/>
      </w:tblGrid>
      <w:tr w:rsidR="009C61FD" w14:paraId="3CE8E93A" w14:textId="77777777">
        <w:trPr>
          <w:cantSplit/>
        </w:trPr>
        <w:tc>
          <w:tcPr>
            <w:tcW w:w="3000" w:type="dxa"/>
            <w:shd w:val="clear" w:color="auto" w:fill="D9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2D8F15" w14:textId="77777777" w:rsidR="009C61FD" w:rsidRDefault="00D04175">
            <w:pPr>
              <w:spacing w:after="0" w:line="252" w:lineRule="auto"/>
            </w:pPr>
            <w:r>
              <w:rPr>
                <w:b/>
                <w:color w:val="1F4E79"/>
                <w:sz w:val="19"/>
              </w:rPr>
              <w:t>Katedra / pracoviště</w:t>
            </w:r>
          </w:p>
        </w:tc>
        <w:tc>
          <w:tcPr>
            <w:tcW w:w="6360" w:type="dxa"/>
            <w:shd w:val="clear" w:color="auto" w:fill="F4F7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D71FBA" w14:textId="77777777" w:rsidR="009C61FD" w:rsidRDefault="00D04175">
            <w:pPr>
              <w:spacing w:after="0" w:line="252" w:lineRule="auto"/>
            </w:pPr>
            <w:r>
              <w:rPr>
                <w:i/>
                <w:color w:val="666666"/>
                <w:sz w:val="19"/>
              </w:rPr>
              <w:t>Doplňte název katedry nebo pracoviště FF UP.</w:t>
            </w:r>
          </w:p>
        </w:tc>
      </w:tr>
      <w:tr w:rsidR="009C61FD" w14:paraId="3626FDBE" w14:textId="77777777">
        <w:trPr>
          <w:cantSplit/>
        </w:trPr>
        <w:tc>
          <w:tcPr>
            <w:tcW w:w="3000" w:type="dxa"/>
            <w:shd w:val="clear" w:color="auto" w:fill="D9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483AEC" w14:textId="77777777" w:rsidR="009C61FD" w:rsidRDefault="00D04175">
            <w:pPr>
              <w:spacing w:after="0" w:line="252" w:lineRule="auto"/>
            </w:pPr>
            <w:r>
              <w:rPr>
                <w:b/>
                <w:color w:val="1F4E79"/>
                <w:sz w:val="19"/>
              </w:rPr>
              <w:t>Název navrhovaného programu</w:t>
            </w:r>
          </w:p>
        </w:tc>
        <w:tc>
          <w:tcPr>
            <w:tcW w:w="6360" w:type="dxa"/>
            <w:shd w:val="clear" w:color="auto" w:fill="F4F7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095C4E" w14:textId="77777777" w:rsidR="009C61FD" w:rsidRDefault="00D04175">
            <w:pPr>
              <w:spacing w:after="0" w:line="252" w:lineRule="auto"/>
            </w:pPr>
            <w:r>
              <w:rPr>
                <w:i/>
                <w:color w:val="666666"/>
                <w:sz w:val="19"/>
              </w:rPr>
              <w:t>Uveďte stručný a srozumitelný název programu CŽV.</w:t>
            </w:r>
          </w:p>
        </w:tc>
      </w:tr>
      <w:tr w:rsidR="009C61FD" w14:paraId="2575D6F6" w14:textId="77777777">
        <w:trPr>
          <w:cantSplit/>
        </w:trPr>
        <w:tc>
          <w:tcPr>
            <w:tcW w:w="3000" w:type="dxa"/>
            <w:shd w:val="clear" w:color="auto" w:fill="D9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E140F6" w14:textId="77777777" w:rsidR="009C61FD" w:rsidRDefault="00D04175">
            <w:pPr>
              <w:spacing w:after="0" w:line="252" w:lineRule="auto"/>
            </w:pPr>
            <w:r>
              <w:rPr>
                <w:b/>
                <w:color w:val="1F4E79"/>
                <w:sz w:val="19"/>
              </w:rPr>
              <w:t>Předkladatel/ka záměru</w:t>
            </w:r>
          </w:p>
        </w:tc>
        <w:tc>
          <w:tcPr>
            <w:tcW w:w="6360" w:type="dxa"/>
            <w:shd w:val="clear" w:color="auto" w:fill="F4F7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85D62A" w14:textId="77777777" w:rsidR="009C61FD" w:rsidRDefault="00D04175">
            <w:pPr>
              <w:spacing w:after="0" w:line="252" w:lineRule="auto"/>
            </w:pPr>
            <w:r>
              <w:rPr>
                <w:i/>
                <w:color w:val="666666"/>
                <w:sz w:val="19"/>
              </w:rPr>
              <w:t>Jméno, příjmení, tituly a pracovní zařazení.</w:t>
            </w:r>
          </w:p>
        </w:tc>
      </w:tr>
      <w:tr w:rsidR="009C61FD" w14:paraId="6E36723D" w14:textId="77777777">
        <w:trPr>
          <w:cantSplit/>
        </w:trPr>
        <w:tc>
          <w:tcPr>
            <w:tcW w:w="3000" w:type="dxa"/>
            <w:shd w:val="clear" w:color="auto" w:fill="D9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C45CB5" w14:textId="77777777" w:rsidR="009C61FD" w:rsidRDefault="00D04175">
            <w:pPr>
              <w:spacing w:after="0" w:line="252" w:lineRule="auto"/>
            </w:pPr>
            <w:r>
              <w:rPr>
                <w:b/>
                <w:color w:val="1F4E79"/>
                <w:sz w:val="19"/>
              </w:rPr>
              <w:t>Kontaktní údaje</w:t>
            </w:r>
          </w:p>
        </w:tc>
        <w:tc>
          <w:tcPr>
            <w:tcW w:w="6360" w:type="dxa"/>
            <w:shd w:val="clear" w:color="auto" w:fill="F4F7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254E37" w14:textId="77777777" w:rsidR="009C61FD" w:rsidRDefault="00D04175">
            <w:pPr>
              <w:spacing w:after="0" w:line="252" w:lineRule="auto"/>
            </w:pPr>
            <w:r>
              <w:rPr>
                <w:i/>
                <w:color w:val="666666"/>
                <w:sz w:val="19"/>
              </w:rPr>
              <w:t>E-mail a telefon.</w:t>
            </w:r>
          </w:p>
        </w:tc>
      </w:tr>
      <w:tr w:rsidR="009C61FD" w14:paraId="7E45A050" w14:textId="77777777">
        <w:trPr>
          <w:cantSplit/>
        </w:trPr>
        <w:tc>
          <w:tcPr>
            <w:tcW w:w="3000" w:type="dxa"/>
            <w:shd w:val="clear" w:color="auto" w:fill="D9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C97B7B" w14:textId="77777777" w:rsidR="009C61FD" w:rsidRDefault="00D04175">
            <w:pPr>
              <w:spacing w:after="0" w:line="252" w:lineRule="auto"/>
            </w:pPr>
            <w:r>
              <w:rPr>
                <w:b/>
                <w:color w:val="1F4E79"/>
                <w:sz w:val="19"/>
              </w:rPr>
              <w:t>Garant/ka programu</w:t>
            </w:r>
          </w:p>
        </w:tc>
        <w:tc>
          <w:tcPr>
            <w:tcW w:w="6360" w:type="dxa"/>
            <w:shd w:val="clear" w:color="auto" w:fill="F4F7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92F820" w14:textId="77777777" w:rsidR="009C61FD" w:rsidRDefault="00D04175">
            <w:pPr>
              <w:spacing w:after="0" w:line="252" w:lineRule="auto"/>
            </w:pPr>
            <w:r>
              <w:rPr>
                <w:i/>
                <w:color w:val="666666"/>
                <w:sz w:val="19"/>
              </w:rPr>
              <w:t>Jméno, příjmení a tituly; pokud dosud není určeno, uveďte návrh.</w:t>
            </w:r>
          </w:p>
        </w:tc>
      </w:tr>
    </w:tbl>
    <w:p w14:paraId="50242236" w14:textId="77777777" w:rsidR="009C61FD" w:rsidRDefault="009C61FD">
      <w:pPr>
        <w:spacing w:after="0"/>
      </w:pPr>
    </w:p>
    <w:p w14:paraId="15414E75" w14:textId="77777777" w:rsidR="009C61FD" w:rsidRDefault="00D04175">
      <w:pPr>
        <w:pStyle w:val="Nadpis1"/>
      </w:pPr>
      <w:r>
        <w:t xml:space="preserve">2. </w:t>
      </w:r>
      <w:r>
        <w:t>Východisko programu a vazba na výuku</w:t>
      </w:r>
    </w:p>
    <w:tbl>
      <w:tblPr>
        <w:tblStyle w:val="Mkatabulky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000"/>
        <w:gridCol w:w="6360"/>
      </w:tblGrid>
      <w:tr w:rsidR="009C61FD" w14:paraId="74C2A4FE" w14:textId="77777777">
        <w:trPr>
          <w:cantSplit/>
        </w:trPr>
        <w:tc>
          <w:tcPr>
            <w:tcW w:w="3000" w:type="dxa"/>
            <w:shd w:val="clear" w:color="auto" w:fill="D9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6B9402" w14:textId="77777777" w:rsidR="009C61FD" w:rsidRDefault="00D04175">
            <w:pPr>
              <w:spacing w:after="0" w:line="252" w:lineRule="auto"/>
            </w:pPr>
            <w:r>
              <w:rPr>
                <w:b/>
                <w:color w:val="1F4E79"/>
                <w:sz w:val="19"/>
              </w:rPr>
              <w:t>Výchozí předmět/y</w:t>
            </w:r>
          </w:p>
        </w:tc>
        <w:tc>
          <w:tcPr>
            <w:tcW w:w="6360" w:type="dxa"/>
            <w:shd w:val="clear" w:color="auto" w:fill="F4F7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19B85E" w14:textId="77777777" w:rsidR="009C61FD" w:rsidRDefault="00D04175">
            <w:pPr>
              <w:spacing w:after="0" w:line="252" w:lineRule="auto"/>
            </w:pPr>
            <w:r>
              <w:rPr>
                <w:i/>
                <w:color w:val="666666"/>
                <w:sz w:val="19"/>
              </w:rPr>
              <w:t>Uveďte název a kód již realizovaného předmětu nebo souboru předmětů, z nichž program vychází.</w:t>
            </w:r>
          </w:p>
        </w:tc>
      </w:tr>
      <w:tr w:rsidR="009C61FD" w14:paraId="778C5CB8" w14:textId="77777777">
        <w:trPr>
          <w:cantSplit/>
        </w:trPr>
        <w:tc>
          <w:tcPr>
            <w:tcW w:w="3000" w:type="dxa"/>
            <w:shd w:val="clear" w:color="auto" w:fill="D9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40A2FA" w14:textId="77777777" w:rsidR="009C61FD" w:rsidRDefault="00D04175">
            <w:pPr>
              <w:spacing w:after="0" w:line="252" w:lineRule="auto"/>
            </w:pPr>
            <w:r>
              <w:rPr>
                <w:b/>
                <w:color w:val="1F4E79"/>
                <w:sz w:val="19"/>
              </w:rPr>
              <w:t>Studijní program / obor</w:t>
            </w:r>
          </w:p>
        </w:tc>
        <w:tc>
          <w:tcPr>
            <w:tcW w:w="6360" w:type="dxa"/>
            <w:shd w:val="clear" w:color="auto" w:fill="F4F7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B930A7" w14:textId="77777777" w:rsidR="009C61FD" w:rsidRDefault="00D04175">
            <w:pPr>
              <w:spacing w:after="0" w:line="252" w:lineRule="auto"/>
            </w:pPr>
            <w:r>
              <w:rPr>
                <w:i/>
                <w:color w:val="666666"/>
                <w:sz w:val="19"/>
              </w:rPr>
              <w:t>Uveďte vazbu výchozího předmětu či předmětů na studijní program FF UP.</w:t>
            </w:r>
          </w:p>
        </w:tc>
      </w:tr>
    </w:tbl>
    <w:p w14:paraId="5ECDE7D1" w14:textId="77777777" w:rsidR="009C61FD" w:rsidRDefault="009C61FD">
      <w:pPr>
        <w:spacing w:after="0"/>
      </w:pPr>
    </w:p>
    <w:tbl>
      <w:tblPr>
        <w:tblStyle w:val="Mkatabulky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9C61FD" w14:paraId="57904F0F" w14:textId="77777777">
        <w:trPr>
          <w:cantSplit/>
        </w:trPr>
        <w:tc>
          <w:tcPr>
            <w:tcW w:w="9360" w:type="dxa"/>
            <w:shd w:val="clear" w:color="auto" w:fill="D9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432933" w14:textId="77777777" w:rsidR="009C61FD" w:rsidRDefault="00D04175">
            <w:pPr>
              <w:spacing w:after="0" w:line="252" w:lineRule="auto"/>
            </w:pPr>
            <w:r>
              <w:rPr>
                <w:b/>
                <w:color w:val="1F4E79"/>
                <w:sz w:val="19"/>
              </w:rPr>
              <w:t>Stručně p</w:t>
            </w:r>
            <w:r>
              <w:rPr>
                <w:b/>
                <w:color w:val="1F4E79"/>
                <w:sz w:val="19"/>
              </w:rPr>
              <w:t>opište, jak bude stávající výuka adaptována pro účastníky CŽV.</w:t>
            </w:r>
          </w:p>
        </w:tc>
      </w:tr>
      <w:tr w:rsidR="009C61FD" w14:paraId="3AA70741" w14:textId="77777777">
        <w:tc>
          <w:tcPr>
            <w:tcW w:w="9360" w:type="dxa"/>
            <w:shd w:val="clear" w:color="auto" w:fill="F4F7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35E1DE" w14:textId="77777777" w:rsidR="009C61FD" w:rsidRDefault="00D04175">
            <w:pPr>
              <w:spacing w:after="0" w:line="252" w:lineRule="auto"/>
            </w:pPr>
            <w:r>
              <w:rPr>
                <w:i/>
                <w:color w:val="666666"/>
                <w:sz w:val="19"/>
              </w:rPr>
              <w:t>Zaměřte se na výběr a propojení obsahu, úpravu pro cílovou skupinu a rozdíl oproti běžnému předmětu.</w:t>
            </w:r>
          </w:p>
          <w:p w14:paraId="6C26DF4E" w14:textId="77777777" w:rsidR="009C61FD" w:rsidRDefault="00D04175">
            <w:pPr>
              <w:spacing w:after="0"/>
            </w:pPr>
            <w:r>
              <w:t xml:space="preserve"> </w:t>
            </w:r>
          </w:p>
          <w:p w14:paraId="2A51B57D" w14:textId="77777777" w:rsidR="009C61FD" w:rsidRDefault="00D04175">
            <w:pPr>
              <w:spacing w:after="0"/>
            </w:pPr>
            <w:r>
              <w:t xml:space="preserve"> </w:t>
            </w:r>
          </w:p>
          <w:p w14:paraId="1BAC4385" w14:textId="77777777" w:rsidR="009C61FD" w:rsidRDefault="00D04175">
            <w:pPr>
              <w:spacing w:after="0"/>
            </w:pPr>
            <w:r>
              <w:t xml:space="preserve"> </w:t>
            </w:r>
          </w:p>
        </w:tc>
      </w:tr>
    </w:tbl>
    <w:p w14:paraId="34CE1C76" w14:textId="77777777" w:rsidR="009C61FD" w:rsidRDefault="009C61FD">
      <w:pPr>
        <w:spacing w:after="0"/>
      </w:pPr>
    </w:p>
    <w:tbl>
      <w:tblPr>
        <w:tblStyle w:val="Mkatabulky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9C61FD" w14:paraId="7DA826B2" w14:textId="77777777">
        <w:trPr>
          <w:cantSplit/>
        </w:trPr>
        <w:tc>
          <w:tcPr>
            <w:tcW w:w="9360" w:type="dxa"/>
            <w:shd w:val="clear" w:color="auto" w:fill="D9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269828" w14:textId="77777777" w:rsidR="009C61FD" w:rsidRDefault="00D04175">
            <w:pPr>
              <w:spacing w:after="0" w:line="252" w:lineRule="auto"/>
            </w:pPr>
            <w:r>
              <w:rPr>
                <w:b/>
                <w:color w:val="1F4E79"/>
                <w:sz w:val="19"/>
              </w:rPr>
              <w:t>Plánovaná inovace výuky a digitálně podporované učení</w:t>
            </w:r>
          </w:p>
        </w:tc>
      </w:tr>
      <w:tr w:rsidR="009C61FD" w14:paraId="2494DA14" w14:textId="77777777">
        <w:tc>
          <w:tcPr>
            <w:tcW w:w="9360" w:type="dxa"/>
            <w:shd w:val="clear" w:color="auto" w:fill="F4F7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E177A5" w14:textId="77777777" w:rsidR="009C61FD" w:rsidRDefault="00D04175">
            <w:pPr>
              <w:spacing w:after="0" w:line="252" w:lineRule="auto"/>
            </w:pPr>
            <w:r>
              <w:rPr>
                <w:i/>
                <w:color w:val="666666"/>
                <w:sz w:val="19"/>
              </w:rPr>
              <w:t xml:space="preserve">Uveďte, jaké výukové </w:t>
            </w:r>
            <w:r>
              <w:rPr>
                <w:i/>
                <w:color w:val="666666"/>
                <w:sz w:val="19"/>
              </w:rPr>
              <w:t>materiály, aktivity a úkoly budou vytvořeny nebo přepracovány v Moodle a jak bude digitální prostředí využíváno.</w:t>
            </w:r>
          </w:p>
          <w:p w14:paraId="02B7CDE3" w14:textId="77777777" w:rsidR="009C61FD" w:rsidRDefault="00D04175">
            <w:pPr>
              <w:spacing w:after="0"/>
            </w:pPr>
            <w:r>
              <w:t xml:space="preserve"> </w:t>
            </w:r>
          </w:p>
          <w:p w14:paraId="606221E1" w14:textId="77777777" w:rsidR="009C61FD" w:rsidRDefault="00D04175">
            <w:pPr>
              <w:spacing w:after="0"/>
            </w:pPr>
            <w:r>
              <w:t xml:space="preserve"> </w:t>
            </w:r>
          </w:p>
          <w:p w14:paraId="2FBA9939" w14:textId="77777777" w:rsidR="009C61FD" w:rsidRDefault="00D04175">
            <w:pPr>
              <w:spacing w:after="0"/>
            </w:pPr>
            <w:r>
              <w:t xml:space="preserve"> </w:t>
            </w:r>
          </w:p>
        </w:tc>
      </w:tr>
    </w:tbl>
    <w:p w14:paraId="0AF71DB9" w14:textId="5A3F7E3F" w:rsidR="009C61FD" w:rsidRDefault="00D04175">
      <w:pPr>
        <w:pStyle w:val="Nadpis1"/>
      </w:pPr>
      <w:r>
        <w:t xml:space="preserve">3. </w:t>
      </w:r>
      <w:proofErr w:type="spellStart"/>
      <w:r>
        <w:t>Cílová</w:t>
      </w:r>
      <w:proofErr w:type="spellEnd"/>
      <w:r>
        <w:t xml:space="preserve"> </w:t>
      </w:r>
      <w:proofErr w:type="spellStart"/>
      <w:r>
        <w:t>skupina</w:t>
      </w:r>
      <w:proofErr w:type="spellEnd"/>
    </w:p>
    <w:tbl>
      <w:tblPr>
        <w:tblStyle w:val="Mkatabulky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9C61FD" w14:paraId="25FCE6E4" w14:textId="77777777">
        <w:trPr>
          <w:cantSplit/>
        </w:trPr>
        <w:tc>
          <w:tcPr>
            <w:tcW w:w="9360" w:type="dxa"/>
            <w:shd w:val="clear" w:color="auto" w:fill="D9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3BE63F" w14:textId="77777777" w:rsidR="009C61FD" w:rsidRDefault="00D04175">
            <w:pPr>
              <w:spacing w:after="0" w:line="252" w:lineRule="auto"/>
            </w:pPr>
            <w:r>
              <w:rPr>
                <w:b/>
                <w:color w:val="1F4E79"/>
                <w:sz w:val="19"/>
              </w:rPr>
              <w:t>Cílová skupina</w:t>
            </w:r>
          </w:p>
        </w:tc>
      </w:tr>
      <w:tr w:rsidR="009C61FD" w14:paraId="27F8D508" w14:textId="77777777">
        <w:tc>
          <w:tcPr>
            <w:tcW w:w="9360" w:type="dxa"/>
            <w:shd w:val="clear" w:color="auto" w:fill="F4F7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3270CC" w14:textId="77777777" w:rsidR="009C61FD" w:rsidRDefault="00D04175">
            <w:pPr>
              <w:spacing w:after="0" w:line="252" w:lineRule="auto"/>
            </w:pPr>
            <w:r>
              <w:rPr>
                <w:i/>
                <w:color w:val="666666"/>
                <w:sz w:val="19"/>
              </w:rPr>
              <w:t xml:space="preserve">Vymezte homogenní skupinu účastníků z řad veřejnosti se srovnatelnými </w:t>
            </w:r>
            <w:r>
              <w:rPr>
                <w:i/>
                <w:color w:val="666666"/>
                <w:sz w:val="19"/>
              </w:rPr>
              <w:t>vstupními znalostmi, zkušenostmi nebo profesním zaměřením.</w:t>
            </w:r>
          </w:p>
          <w:p w14:paraId="141E3640" w14:textId="77777777" w:rsidR="009C61FD" w:rsidRDefault="00D04175">
            <w:pPr>
              <w:spacing w:after="0"/>
            </w:pPr>
            <w:r>
              <w:t xml:space="preserve"> </w:t>
            </w:r>
          </w:p>
          <w:p w14:paraId="6613FDB4" w14:textId="77777777" w:rsidR="009C61FD" w:rsidRDefault="00D04175">
            <w:pPr>
              <w:spacing w:after="0"/>
            </w:pPr>
            <w:r>
              <w:t xml:space="preserve"> </w:t>
            </w:r>
          </w:p>
        </w:tc>
      </w:tr>
    </w:tbl>
    <w:p w14:paraId="10116A4D" w14:textId="77777777" w:rsidR="009C61FD" w:rsidRDefault="009C61FD">
      <w:pPr>
        <w:spacing w:after="0"/>
      </w:pPr>
    </w:p>
    <w:p w14:paraId="266E7330" w14:textId="77777777" w:rsidR="00A466B5" w:rsidRDefault="00A466B5">
      <w:r>
        <w:br w:type="page"/>
      </w:r>
    </w:p>
    <w:tbl>
      <w:tblPr>
        <w:tblStyle w:val="Mkatabulky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000"/>
        <w:gridCol w:w="6360"/>
      </w:tblGrid>
      <w:tr w:rsidR="009C61FD" w14:paraId="14F82F02" w14:textId="77777777">
        <w:trPr>
          <w:cantSplit/>
        </w:trPr>
        <w:tc>
          <w:tcPr>
            <w:tcW w:w="3000" w:type="dxa"/>
            <w:shd w:val="clear" w:color="auto" w:fill="D9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27D003" w14:textId="3BB83FA5" w:rsidR="009C61FD" w:rsidRDefault="00D04175">
            <w:pPr>
              <w:spacing w:after="0" w:line="252" w:lineRule="auto"/>
            </w:pPr>
            <w:proofErr w:type="spellStart"/>
            <w:r>
              <w:rPr>
                <w:b/>
                <w:color w:val="1F4E79"/>
                <w:sz w:val="19"/>
              </w:rPr>
              <w:lastRenderedPageBreak/>
              <w:t>Vstupní</w:t>
            </w:r>
            <w:proofErr w:type="spellEnd"/>
            <w:r>
              <w:rPr>
                <w:b/>
                <w:color w:val="1F4E79"/>
                <w:sz w:val="19"/>
              </w:rPr>
              <w:t xml:space="preserve"> </w:t>
            </w:r>
            <w:proofErr w:type="spellStart"/>
            <w:r>
              <w:rPr>
                <w:b/>
                <w:color w:val="1F4E79"/>
                <w:sz w:val="19"/>
              </w:rPr>
              <w:t>předpoklady</w:t>
            </w:r>
            <w:proofErr w:type="spellEnd"/>
          </w:p>
        </w:tc>
        <w:tc>
          <w:tcPr>
            <w:tcW w:w="6360" w:type="dxa"/>
            <w:shd w:val="clear" w:color="auto" w:fill="F4F7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63B3DF" w14:textId="77777777" w:rsidR="009C61FD" w:rsidRDefault="00D04175">
            <w:pPr>
              <w:spacing w:after="0" w:line="252" w:lineRule="auto"/>
            </w:pPr>
            <w:r>
              <w:rPr>
                <w:i/>
                <w:color w:val="666666"/>
                <w:sz w:val="19"/>
              </w:rPr>
              <w:t>Požadované vzdělání, znalosti, zkušenosti, jazyková úroveň apod.</w:t>
            </w:r>
          </w:p>
        </w:tc>
      </w:tr>
      <w:tr w:rsidR="009C61FD" w14:paraId="013268CC" w14:textId="77777777">
        <w:trPr>
          <w:cantSplit/>
        </w:trPr>
        <w:tc>
          <w:tcPr>
            <w:tcW w:w="3000" w:type="dxa"/>
            <w:shd w:val="clear" w:color="auto" w:fill="D9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300DA9" w14:textId="77777777" w:rsidR="009C61FD" w:rsidRDefault="00D04175">
            <w:pPr>
              <w:spacing w:after="0" w:line="252" w:lineRule="auto"/>
            </w:pPr>
            <w:r>
              <w:rPr>
                <w:b/>
                <w:color w:val="1F4E79"/>
                <w:sz w:val="19"/>
              </w:rPr>
              <w:t>Předpokládaný počet účastníků</w:t>
            </w:r>
          </w:p>
        </w:tc>
        <w:tc>
          <w:tcPr>
            <w:tcW w:w="6360" w:type="dxa"/>
            <w:shd w:val="clear" w:color="auto" w:fill="F4F7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88CD23" w14:textId="77777777" w:rsidR="009C61FD" w:rsidRDefault="00D04175">
            <w:pPr>
              <w:spacing w:after="0" w:line="252" w:lineRule="auto"/>
            </w:pPr>
            <w:r>
              <w:rPr>
                <w:i/>
                <w:color w:val="666666"/>
                <w:sz w:val="19"/>
              </w:rPr>
              <w:t>Minimální a optimální počet účastníků jedné realizace.</w:t>
            </w:r>
          </w:p>
        </w:tc>
      </w:tr>
    </w:tbl>
    <w:p w14:paraId="05EB0C9D" w14:textId="77777777" w:rsidR="009C61FD" w:rsidRDefault="009C61FD">
      <w:pPr>
        <w:spacing w:after="0"/>
      </w:pPr>
    </w:p>
    <w:tbl>
      <w:tblPr>
        <w:tblStyle w:val="Mkatabulky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9C61FD" w14:paraId="021FE5B2" w14:textId="77777777">
        <w:trPr>
          <w:cantSplit/>
        </w:trPr>
        <w:tc>
          <w:tcPr>
            <w:tcW w:w="9360" w:type="dxa"/>
            <w:shd w:val="clear" w:color="auto" w:fill="D9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7859F4" w14:textId="77777777" w:rsidR="009C61FD" w:rsidRDefault="00D04175">
            <w:pPr>
              <w:spacing w:after="0" w:line="252" w:lineRule="auto"/>
            </w:pPr>
            <w:proofErr w:type="spellStart"/>
            <w:r>
              <w:rPr>
                <w:b/>
                <w:color w:val="1F4E79"/>
                <w:sz w:val="19"/>
              </w:rPr>
              <w:t>Využitelnost</w:t>
            </w:r>
            <w:proofErr w:type="spellEnd"/>
            <w:r>
              <w:rPr>
                <w:b/>
                <w:color w:val="1F4E79"/>
                <w:sz w:val="19"/>
              </w:rPr>
              <w:t xml:space="preserve"> </w:t>
            </w:r>
            <w:proofErr w:type="spellStart"/>
            <w:r>
              <w:rPr>
                <w:b/>
                <w:color w:val="1F4E79"/>
                <w:sz w:val="19"/>
              </w:rPr>
              <w:t>získaných</w:t>
            </w:r>
            <w:proofErr w:type="spellEnd"/>
            <w:r>
              <w:rPr>
                <w:b/>
                <w:color w:val="1F4E79"/>
                <w:sz w:val="19"/>
              </w:rPr>
              <w:t xml:space="preserve"> </w:t>
            </w:r>
            <w:proofErr w:type="spellStart"/>
            <w:r>
              <w:rPr>
                <w:b/>
                <w:color w:val="1F4E79"/>
                <w:sz w:val="19"/>
              </w:rPr>
              <w:t>kompetencí</w:t>
            </w:r>
            <w:proofErr w:type="spellEnd"/>
            <w:r>
              <w:rPr>
                <w:b/>
                <w:color w:val="1F4E79"/>
                <w:sz w:val="19"/>
              </w:rPr>
              <w:t xml:space="preserve"> v profesní praxi</w:t>
            </w:r>
          </w:p>
        </w:tc>
      </w:tr>
      <w:tr w:rsidR="009C61FD" w14:paraId="06C3ABF8" w14:textId="77777777">
        <w:tc>
          <w:tcPr>
            <w:tcW w:w="9360" w:type="dxa"/>
            <w:shd w:val="clear" w:color="auto" w:fill="F4F7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BBA17A" w14:textId="77777777" w:rsidR="009C61FD" w:rsidRDefault="00D04175">
            <w:pPr>
              <w:spacing w:after="0" w:line="252" w:lineRule="auto"/>
            </w:pPr>
            <w:r>
              <w:rPr>
                <w:i/>
                <w:color w:val="666666"/>
                <w:sz w:val="19"/>
              </w:rPr>
              <w:t>Uveďte konkrétní pracovní situace, role nebo činnosti, v nichž absolvent/ka získané kompetence využije.</w:t>
            </w:r>
          </w:p>
          <w:p w14:paraId="652E878F" w14:textId="77777777" w:rsidR="009C61FD" w:rsidRDefault="00D04175">
            <w:pPr>
              <w:spacing w:after="0"/>
            </w:pPr>
            <w:r>
              <w:t xml:space="preserve"> </w:t>
            </w:r>
          </w:p>
          <w:p w14:paraId="4513594F" w14:textId="77777777" w:rsidR="009C61FD" w:rsidRDefault="00D04175">
            <w:pPr>
              <w:spacing w:after="0"/>
            </w:pPr>
            <w:r>
              <w:t xml:space="preserve"> </w:t>
            </w:r>
          </w:p>
          <w:p w14:paraId="1255F5CE" w14:textId="77777777" w:rsidR="009C61FD" w:rsidRDefault="00D04175">
            <w:pPr>
              <w:spacing w:after="0"/>
            </w:pPr>
            <w:r>
              <w:t xml:space="preserve"> </w:t>
            </w:r>
          </w:p>
        </w:tc>
      </w:tr>
    </w:tbl>
    <w:p w14:paraId="3A535CB7" w14:textId="77777777" w:rsidR="009C61FD" w:rsidRDefault="00D04175">
      <w:pPr>
        <w:pStyle w:val="Nadpis1"/>
      </w:pPr>
      <w:r>
        <w:t>4. Cíle a výsledky učení</w:t>
      </w:r>
    </w:p>
    <w:tbl>
      <w:tblPr>
        <w:tblStyle w:val="Mkatabulky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9C61FD" w14:paraId="6CF98B68" w14:textId="77777777">
        <w:trPr>
          <w:cantSplit/>
        </w:trPr>
        <w:tc>
          <w:tcPr>
            <w:tcW w:w="9360" w:type="dxa"/>
            <w:shd w:val="clear" w:color="auto" w:fill="D9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18AEE0" w14:textId="77777777" w:rsidR="009C61FD" w:rsidRDefault="00D04175">
            <w:pPr>
              <w:spacing w:after="0" w:line="252" w:lineRule="auto"/>
            </w:pPr>
            <w:r>
              <w:rPr>
                <w:b/>
                <w:color w:val="1F4E79"/>
                <w:sz w:val="19"/>
              </w:rPr>
              <w:t>Hlavní cíl programu</w:t>
            </w:r>
          </w:p>
        </w:tc>
      </w:tr>
      <w:tr w:rsidR="009C61FD" w14:paraId="57CFA71D" w14:textId="77777777">
        <w:tc>
          <w:tcPr>
            <w:tcW w:w="9360" w:type="dxa"/>
            <w:shd w:val="clear" w:color="auto" w:fill="F4F7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661249" w14:textId="77777777" w:rsidR="009C61FD" w:rsidRDefault="00D04175">
            <w:pPr>
              <w:spacing w:after="0" w:line="252" w:lineRule="auto"/>
            </w:pPr>
            <w:r>
              <w:rPr>
                <w:i/>
                <w:color w:val="666666"/>
                <w:sz w:val="19"/>
              </w:rPr>
              <w:t>Jednou až třemi větami popište, čeho má vzdělávání dosáhnout ve vztahu k cílové skupině.</w:t>
            </w:r>
          </w:p>
          <w:p w14:paraId="32D85DF3" w14:textId="77777777" w:rsidR="009C61FD" w:rsidRDefault="00D04175">
            <w:pPr>
              <w:spacing w:after="0"/>
            </w:pPr>
            <w:r>
              <w:t xml:space="preserve"> </w:t>
            </w:r>
          </w:p>
          <w:p w14:paraId="31990E8B" w14:textId="77777777" w:rsidR="009C61FD" w:rsidRDefault="00D04175">
            <w:pPr>
              <w:spacing w:after="0"/>
            </w:pPr>
            <w:r>
              <w:t xml:space="preserve"> </w:t>
            </w:r>
          </w:p>
        </w:tc>
      </w:tr>
    </w:tbl>
    <w:p w14:paraId="60474BEE" w14:textId="77777777" w:rsidR="009C61FD" w:rsidRDefault="00D04175">
      <w:pPr>
        <w:pStyle w:val="Nadpis1"/>
      </w:pPr>
      <w:r>
        <w:t>5. Základní koncepce programu</w:t>
      </w:r>
    </w:p>
    <w:tbl>
      <w:tblPr>
        <w:tblStyle w:val="Mkatabulky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000"/>
        <w:gridCol w:w="6360"/>
      </w:tblGrid>
      <w:tr w:rsidR="009C61FD" w14:paraId="6272A157" w14:textId="77777777">
        <w:trPr>
          <w:cantSplit/>
        </w:trPr>
        <w:tc>
          <w:tcPr>
            <w:tcW w:w="3000" w:type="dxa"/>
            <w:shd w:val="clear" w:color="auto" w:fill="D9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38D67C" w14:textId="77777777" w:rsidR="009C61FD" w:rsidRDefault="00D04175">
            <w:pPr>
              <w:spacing w:after="0" w:line="252" w:lineRule="auto"/>
            </w:pPr>
            <w:r>
              <w:rPr>
                <w:b/>
                <w:color w:val="1F4E79"/>
                <w:sz w:val="19"/>
              </w:rPr>
              <w:t>Forma realizace</w:t>
            </w:r>
          </w:p>
        </w:tc>
        <w:tc>
          <w:tcPr>
            <w:tcW w:w="6360" w:type="dxa"/>
            <w:shd w:val="clear" w:color="auto" w:fill="F4F7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891189" w14:textId="77777777" w:rsidR="009C61FD" w:rsidRDefault="00D04175">
            <w:pPr>
              <w:spacing w:after="0" w:line="252" w:lineRule="auto"/>
            </w:pPr>
            <w:r>
              <w:rPr>
                <w:i/>
                <w:color w:val="666666"/>
                <w:sz w:val="19"/>
              </w:rPr>
              <w:t>☐</w:t>
            </w:r>
            <w:r>
              <w:rPr>
                <w:i/>
                <w:color w:val="666666"/>
                <w:sz w:val="19"/>
              </w:rPr>
              <w:t xml:space="preserve"> prezenční   ☐ distanční   ☐ kombinovaná</w:t>
            </w:r>
          </w:p>
        </w:tc>
      </w:tr>
      <w:tr w:rsidR="009C61FD" w14:paraId="54EE3756" w14:textId="77777777">
        <w:trPr>
          <w:cantSplit/>
        </w:trPr>
        <w:tc>
          <w:tcPr>
            <w:tcW w:w="3000" w:type="dxa"/>
            <w:shd w:val="clear" w:color="auto" w:fill="D9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A46803" w14:textId="77777777" w:rsidR="009C61FD" w:rsidRDefault="00D04175">
            <w:pPr>
              <w:spacing w:after="0" w:line="252" w:lineRule="auto"/>
            </w:pPr>
            <w:r>
              <w:rPr>
                <w:b/>
                <w:color w:val="1F4E79"/>
                <w:sz w:val="19"/>
              </w:rPr>
              <w:t>Jazyk výuky</w:t>
            </w:r>
          </w:p>
        </w:tc>
        <w:tc>
          <w:tcPr>
            <w:tcW w:w="6360" w:type="dxa"/>
            <w:shd w:val="clear" w:color="auto" w:fill="F4F7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371A06" w14:textId="77777777" w:rsidR="009C61FD" w:rsidRDefault="00D04175">
            <w:pPr>
              <w:spacing w:after="0" w:line="252" w:lineRule="auto"/>
            </w:pPr>
            <w:r>
              <w:rPr>
                <w:i/>
                <w:color w:val="666666"/>
                <w:sz w:val="19"/>
              </w:rPr>
              <w:t>Uveďte jazyk nebo jazyky výuky.</w:t>
            </w:r>
          </w:p>
        </w:tc>
      </w:tr>
      <w:tr w:rsidR="009C61FD" w14:paraId="76315C17" w14:textId="77777777">
        <w:trPr>
          <w:cantSplit/>
        </w:trPr>
        <w:tc>
          <w:tcPr>
            <w:tcW w:w="3000" w:type="dxa"/>
            <w:shd w:val="clear" w:color="auto" w:fill="D9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CDD24E" w14:textId="77777777" w:rsidR="009C61FD" w:rsidRDefault="00D04175">
            <w:pPr>
              <w:spacing w:after="0" w:line="252" w:lineRule="auto"/>
            </w:pPr>
            <w:r>
              <w:rPr>
                <w:b/>
                <w:color w:val="1F4E79"/>
                <w:sz w:val="19"/>
              </w:rPr>
              <w:t>Semestrální realizace</w:t>
            </w:r>
          </w:p>
        </w:tc>
        <w:tc>
          <w:tcPr>
            <w:tcW w:w="6360" w:type="dxa"/>
            <w:shd w:val="clear" w:color="auto" w:fill="F4F7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09E209" w14:textId="77777777" w:rsidR="009C61FD" w:rsidRDefault="00D04175">
            <w:pPr>
              <w:spacing w:after="0" w:line="252" w:lineRule="auto"/>
            </w:pPr>
            <w:r>
              <w:rPr>
                <w:i/>
                <w:color w:val="666666"/>
                <w:sz w:val="19"/>
              </w:rPr>
              <w:t>Uveďte předpokládané období a rozložení výuky v rámci jednoho semestru.</w:t>
            </w:r>
          </w:p>
        </w:tc>
      </w:tr>
      <w:tr w:rsidR="009C61FD" w14:paraId="1B1A0572" w14:textId="77777777">
        <w:trPr>
          <w:cantSplit/>
        </w:trPr>
        <w:tc>
          <w:tcPr>
            <w:tcW w:w="3000" w:type="dxa"/>
            <w:shd w:val="clear" w:color="auto" w:fill="D9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A6E2FA" w14:textId="77777777" w:rsidR="009C61FD" w:rsidRDefault="00D04175">
            <w:pPr>
              <w:spacing w:after="0" w:line="252" w:lineRule="auto"/>
            </w:pPr>
            <w:r>
              <w:rPr>
                <w:b/>
                <w:color w:val="1F4E79"/>
                <w:sz w:val="19"/>
              </w:rPr>
              <w:t>Předpokládaný rozsah</w:t>
            </w:r>
          </w:p>
        </w:tc>
        <w:tc>
          <w:tcPr>
            <w:tcW w:w="6360" w:type="dxa"/>
            <w:shd w:val="clear" w:color="auto" w:fill="F4F7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5E7E24" w14:textId="77777777" w:rsidR="009C61FD" w:rsidRDefault="00D04175">
            <w:pPr>
              <w:spacing w:after="0" w:line="252" w:lineRule="auto"/>
            </w:pPr>
            <w:r>
              <w:rPr>
                <w:i/>
                <w:color w:val="666666"/>
                <w:sz w:val="19"/>
              </w:rPr>
              <w:t>Kontaktní výuka celkem: ____ hod.  |  samostudium a úkoly: ____ hod.  |  celková zátěž: ____ hod.</w:t>
            </w:r>
          </w:p>
        </w:tc>
      </w:tr>
      <w:tr w:rsidR="009C61FD" w14:paraId="5A4E1D9C" w14:textId="77777777">
        <w:trPr>
          <w:cantSplit/>
        </w:trPr>
        <w:tc>
          <w:tcPr>
            <w:tcW w:w="3000" w:type="dxa"/>
            <w:shd w:val="clear" w:color="auto" w:fill="D9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4F9C23" w14:textId="77777777" w:rsidR="009C61FD" w:rsidRDefault="00D04175">
            <w:pPr>
              <w:spacing w:after="0" w:line="252" w:lineRule="auto"/>
            </w:pPr>
            <w:r>
              <w:rPr>
                <w:b/>
                <w:color w:val="1F4E79"/>
                <w:sz w:val="19"/>
              </w:rPr>
              <w:t>Předběžný počet ECTS</w:t>
            </w:r>
          </w:p>
        </w:tc>
        <w:tc>
          <w:tcPr>
            <w:tcW w:w="6360" w:type="dxa"/>
            <w:shd w:val="clear" w:color="auto" w:fill="F4F7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25CD9F" w14:textId="77777777" w:rsidR="009C61FD" w:rsidRDefault="00D04175">
            <w:pPr>
              <w:spacing w:after="0" w:line="252" w:lineRule="auto"/>
            </w:pPr>
            <w:r>
              <w:rPr>
                <w:i/>
                <w:color w:val="666666"/>
                <w:sz w:val="19"/>
              </w:rPr>
              <w:t>____ ECTS (orientačně 25–30 hodin celkové studijní zátěže = 1 ECTS; výsledná hodnota se zaokrouhluje nahoru)</w:t>
            </w:r>
          </w:p>
        </w:tc>
      </w:tr>
    </w:tbl>
    <w:p w14:paraId="6DDBC23A" w14:textId="02481CC7" w:rsidR="009C61FD" w:rsidRDefault="00A466B5">
      <w:pPr>
        <w:pStyle w:val="Nadpis1"/>
      </w:pPr>
      <w:r>
        <w:t>6</w:t>
      </w:r>
      <w:r w:rsidR="00D04175">
        <w:t>. Ověření výsledků a zakončení programu</w:t>
      </w:r>
    </w:p>
    <w:tbl>
      <w:tblPr>
        <w:tblStyle w:val="Mkatabulky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000"/>
        <w:gridCol w:w="6360"/>
      </w:tblGrid>
      <w:tr w:rsidR="009C61FD" w14:paraId="4EE29578" w14:textId="77777777">
        <w:trPr>
          <w:cantSplit/>
        </w:trPr>
        <w:tc>
          <w:tcPr>
            <w:tcW w:w="3000" w:type="dxa"/>
            <w:shd w:val="clear" w:color="auto" w:fill="D9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B71BC4" w14:textId="77777777" w:rsidR="009C61FD" w:rsidRDefault="00D04175">
            <w:pPr>
              <w:spacing w:after="0" w:line="252" w:lineRule="auto"/>
            </w:pPr>
            <w:r>
              <w:rPr>
                <w:b/>
                <w:color w:val="1F4E79"/>
                <w:sz w:val="19"/>
              </w:rPr>
              <w:t>Způsob zakončení</w:t>
            </w:r>
          </w:p>
        </w:tc>
        <w:tc>
          <w:tcPr>
            <w:tcW w:w="6360" w:type="dxa"/>
            <w:shd w:val="clear" w:color="auto" w:fill="F4F7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B0E8DF" w14:textId="77777777" w:rsidR="009C61FD" w:rsidRDefault="00D04175">
            <w:pPr>
              <w:spacing w:after="0" w:line="252" w:lineRule="auto"/>
            </w:pPr>
            <w:r>
              <w:rPr>
                <w:i/>
                <w:color w:val="666666"/>
                <w:sz w:val="19"/>
              </w:rPr>
              <w:t xml:space="preserve">Např. test, kolokvium, praktický úkol, projekt, </w:t>
            </w:r>
            <w:r>
              <w:rPr>
                <w:i/>
                <w:color w:val="666666"/>
                <w:sz w:val="19"/>
              </w:rPr>
              <w:t>prezentace, portfolio; uveďte, zda je hodnocení klasifikované či splnil/a–nesplnil/a.</w:t>
            </w:r>
          </w:p>
        </w:tc>
      </w:tr>
      <w:tr w:rsidR="009C61FD" w14:paraId="299A532E" w14:textId="77777777">
        <w:trPr>
          <w:cantSplit/>
        </w:trPr>
        <w:tc>
          <w:tcPr>
            <w:tcW w:w="3000" w:type="dxa"/>
            <w:shd w:val="clear" w:color="auto" w:fill="D9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8CE9FE" w14:textId="77777777" w:rsidR="009C61FD" w:rsidRDefault="00D04175">
            <w:pPr>
              <w:spacing w:after="0" w:line="252" w:lineRule="auto"/>
            </w:pPr>
            <w:r>
              <w:rPr>
                <w:b/>
                <w:color w:val="1F4E79"/>
                <w:sz w:val="19"/>
              </w:rPr>
              <w:t>Podmínky úspěšného absolvování</w:t>
            </w:r>
          </w:p>
        </w:tc>
        <w:tc>
          <w:tcPr>
            <w:tcW w:w="6360" w:type="dxa"/>
            <w:shd w:val="clear" w:color="auto" w:fill="F4F7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F9A776" w14:textId="77777777" w:rsidR="009C61FD" w:rsidRDefault="00D04175">
            <w:pPr>
              <w:spacing w:after="0" w:line="252" w:lineRule="auto"/>
            </w:pPr>
            <w:r>
              <w:rPr>
                <w:i/>
                <w:color w:val="666666"/>
                <w:sz w:val="19"/>
              </w:rPr>
              <w:t>Kritéria splnění, požadovaná účast, průběžné úkoly a další povinnosti.</w:t>
            </w:r>
          </w:p>
        </w:tc>
      </w:tr>
    </w:tbl>
    <w:p w14:paraId="279180A0" w14:textId="74F7351C" w:rsidR="009C61FD" w:rsidRDefault="00A466B5">
      <w:pPr>
        <w:pStyle w:val="Nadpis1"/>
      </w:pPr>
      <w:r>
        <w:t>7</w:t>
      </w:r>
      <w:r w:rsidR="00D04175">
        <w:t>. Odborné a personální zajištění</w:t>
      </w:r>
    </w:p>
    <w:tbl>
      <w:tblPr>
        <w:tblStyle w:val="Mkatabulky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9C61FD" w14:paraId="66D6939F" w14:textId="77777777">
        <w:trPr>
          <w:cantSplit/>
        </w:trPr>
        <w:tc>
          <w:tcPr>
            <w:tcW w:w="9360" w:type="dxa"/>
            <w:shd w:val="clear" w:color="auto" w:fill="D9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0033F9" w14:textId="77777777" w:rsidR="009C61FD" w:rsidRDefault="00D04175">
            <w:pPr>
              <w:spacing w:after="0" w:line="252" w:lineRule="auto"/>
            </w:pPr>
            <w:r>
              <w:rPr>
                <w:b/>
                <w:color w:val="1F4E79"/>
                <w:sz w:val="19"/>
              </w:rPr>
              <w:t>Odborné zajištění programu</w:t>
            </w:r>
          </w:p>
        </w:tc>
      </w:tr>
      <w:tr w:rsidR="009C61FD" w14:paraId="6F3ADB80" w14:textId="77777777">
        <w:tc>
          <w:tcPr>
            <w:tcW w:w="9360" w:type="dxa"/>
            <w:shd w:val="clear" w:color="auto" w:fill="F4F7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EA357E" w14:textId="5FF7AD17" w:rsidR="009C61FD" w:rsidRDefault="00D04175">
            <w:pPr>
              <w:spacing w:after="0" w:line="252" w:lineRule="auto"/>
            </w:pPr>
            <w:r>
              <w:rPr>
                <w:i/>
                <w:color w:val="666666"/>
                <w:sz w:val="19"/>
              </w:rPr>
              <w:t xml:space="preserve">Uveďte klíčové členy týmu, jejich odbornost a </w:t>
            </w:r>
            <w:r>
              <w:rPr>
                <w:i/>
                <w:color w:val="666666"/>
                <w:sz w:val="19"/>
              </w:rPr>
              <w:t xml:space="preserve">předpokládané zapojení do </w:t>
            </w:r>
            <w:proofErr w:type="spellStart"/>
            <w:r>
              <w:rPr>
                <w:i/>
                <w:color w:val="666666"/>
                <w:sz w:val="19"/>
              </w:rPr>
              <w:t>přípravy</w:t>
            </w:r>
            <w:proofErr w:type="spellEnd"/>
            <w:r>
              <w:rPr>
                <w:i/>
                <w:color w:val="666666"/>
                <w:sz w:val="19"/>
              </w:rPr>
              <w:t xml:space="preserve"> a </w:t>
            </w:r>
            <w:proofErr w:type="spellStart"/>
            <w:r>
              <w:rPr>
                <w:i/>
                <w:color w:val="666666"/>
                <w:sz w:val="19"/>
              </w:rPr>
              <w:t>realizace</w:t>
            </w:r>
            <w:proofErr w:type="spellEnd"/>
            <w:r>
              <w:rPr>
                <w:i/>
                <w:color w:val="666666"/>
                <w:sz w:val="19"/>
              </w:rPr>
              <w:t xml:space="preserve"> </w:t>
            </w:r>
            <w:r w:rsidR="00A466B5">
              <w:rPr>
                <w:i/>
                <w:color w:val="666666"/>
                <w:sz w:val="19"/>
              </w:rPr>
              <w:t>program (</w:t>
            </w:r>
            <w:proofErr w:type="spellStart"/>
            <w:r w:rsidR="00A466B5">
              <w:rPr>
                <w:i/>
                <w:color w:val="666666"/>
                <w:sz w:val="19"/>
              </w:rPr>
              <w:t>interní</w:t>
            </w:r>
            <w:proofErr w:type="spellEnd"/>
            <w:r w:rsidR="00A466B5">
              <w:rPr>
                <w:i/>
                <w:color w:val="666666"/>
                <w:sz w:val="19"/>
              </w:rPr>
              <w:t xml:space="preserve"> I </w:t>
            </w:r>
            <w:proofErr w:type="spellStart"/>
            <w:r w:rsidR="00A466B5">
              <w:rPr>
                <w:i/>
                <w:color w:val="666666"/>
                <w:sz w:val="19"/>
              </w:rPr>
              <w:t>externí</w:t>
            </w:r>
            <w:proofErr w:type="spellEnd"/>
            <w:r w:rsidR="00A466B5">
              <w:rPr>
                <w:i/>
                <w:color w:val="666666"/>
                <w:sz w:val="19"/>
              </w:rPr>
              <w:t>)</w:t>
            </w:r>
            <w:r>
              <w:rPr>
                <w:i/>
                <w:color w:val="666666"/>
                <w:sz w:val="19"/>
              </w:rPr>
              <w:t>.</w:t>
            </w:r>
          </w:p>
          <w:p w14:paraId="441310D8" w14:textId="77777777" w:rsidR="009C61FD" w:rsidRDefault="00D04175">
            <w:pPr>
              <w:spacing w:after="0"/>
            </w:pPr>
            <w:r>
              <w:t xml:space="preserve"> </w:t>
            </w:r>
          </w:p>
          <w:p w14:paraId="2A7A01CA" w14:textId="77777777" w:rsidR="009C61FD" w:rsidRDefault="00D04175">
            <w:pPr>
              <w:spacing w:after="0"/>
            </w:pPr>
            <w:r>
              <w:t xml:space="preserve"> </w:t>
            </w:r>
          </w:p>
          <w:p w14:paraId="25A37BA0" w14:textId="77777777" w:rsidR="009C61FD" w:rsidRDefault="00D04175">
            <w:pPr>
              <w:spacing w:after="0"/>
            </w:pPr>
            <w:r>
              <w:t xml:space="preserve"> </w:t>
            </w:r>
          </w:p>
          <w:p w14:paraId="0BCA696B" w14:textId="77777777" w:rsidR="009C61FD" w:rsidRDefault="00D04175">
            <w:pPr>
              <w:spacing w:after="0"/>
            </w:pPr>
            <w:r>
              <w:t xml:space="preserve"> </w:t>
            </w:r>
          </w:p>
        </w:tc>
      </w:tr>
    </w:tbl>
    <w:p w14:paraId="4003AF17" w14:textId="77777777" w:rsidR="009C61FD" w:rsidRDefault="009C61FD">
      <w:pPr>
        <w:spacing w:after="0"/>
      </w:pPr>
    </w:p>
    <w:p w14:paraId="48B18DB2" w14:textId="77777777" w:rsidR="009C61FD" w:rsidRDefault="009C61FD">
      <w:pPr>
        <w:spacing w:after="0"/>
      </w:pPr>
    </w:p>
    <w:p w14:paraId="5E95CDE3" w14:textId="6A459D27" w:rsidR="009C61FD" w:rsidRDefault="00A466B5">
      <w:pPr>
        <w:pStyle w:val="Nadpis1"/>
      </w:pPr>
      <w:r>
        <w:lastRenderedPageBreak/>
        <w:t>8</w:t>
      </w:r>
      <w:r w:rsidR="00D04175">
        <w:t>. Harmonogram přípravy</w:t>
      </w:r>
    </w:p>
    <w:tbl>
      <w:tblPr>
        <w:tblStyle w:val="Mkatabulky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000"/>
        <w:gridCol w:w="6360"/>
      </w:tblGrid>
      <w:tr w:rsidR="009C61FD" w14:paraId="0945E80E" w14:textId="77777777">
        <w:trPr>
          <w:cantSplit/>
        </w:trPr>
        <w:tc>
          <w:tcPr>
            <w:tcW w:w="3000" w:type="dxa"/>
            <w:shd w:val="clear" w:color="auto" w:fill="D9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0870B5" w14:textId="77777777" w:rsidR="009C61FD" w:rsidRDefault="00D04175">
            <w:pPr>
              <w:spacing w:after="0" w:line="252" w:lineRule="auto"/>
            </w:pPr>
            <w:r>
              <w:rPr>
                <w:b/>
                <w:color w:val="1F4E79"/>
                <w:sz w:val="19"/>
              </w:rPr>
              <w:t>Příprava programu a výukových podkladů</w:t>
            </w:r>
          </w:p>
        </w:tc>
        <w:tc>
          <w:tcPr>
            <w:tcW w:w="6360" w:type="dxa"/>
            <w:shd w:val="clear" w:color="auto" w:fill="F4F7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D8912B" w14:textId="77777777" w:rsidR="009C61FD" w:rsidRDefault="00D04175">
            <w:pPr>
              <w:spacing w:after="0" w:line="252" w:lineRule="auto"/>
            </w:pPr>
            <w:r>
              <w:rPr>
                <w:i/>
                <w:color w:val="666666"/>
                <w:sz w:val="19"/>
              </w:rPr>
              <w:t xml:space="preserve">Hlavní kroky a </w:t>
            </w:r>
            <w:r>
              <w:rPr>
                <w:i/>
                <w:color w:val="666666"/>
                <w:sz w:val="19"/>
              </w:rPr>
              <w:t>termíny.</w:t>
            </w:r>
          </w:p>
        </w:tc>
      </w:tr>
      <w:tr w:rsidR="009C61FD" w14:paraId="2DA0A980" w14:textId="77777777">
        <w:trPr>
          <w:cantSplit/>
        </w:trPr>
        <w:tc>
          <w:tcPr>
            <w:tcW w:w="3000" w:type="dxa"/>
            <w:shd w:val="clear" w:color="auto" w:fill="D9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E414DC" w14:textId="77777777" w:rsidR="009C61FD" w:rsidRDefault="00D04175">
            <w:pPr>
              <w:spacing w:after="0" w:line="252" w:lineRule="auto"/>
            </w:pPr>
            <w:r>
              <w:rPr>
                <w:b/>
                <w:color w:val="1F4E79"/>
                <w:sz w:val="19"/>
              </w:rPr>
              <w:t>Předložení žádosti Koordinační radě CŽV</w:t>
            </w:r>
          </w:p>
        </w:tc>
        <w:tc>
          <w:tcPr>
            <w:tcW w:w="6360" w:type="dxa"/>
            <w:shd w:val="clear" w:color="auto" w:fill="F4F7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012978" w14:textId="77777777" w:rsidR="009C61FD" w:rsidRDefault="00D04175">
            <w:pPr>
              <w:spacing w:after="0" w:line="252" w:lineRule="auto"/>
            </w:pPr>
            <w:r>
              <w:rPr>
                <w:i/>
                <w:color w:val="666666"/>
                <w:sz w:val="19"/>
              </w:rPr>
              <w:t>Nejpozději do 31. 5. 2027; navrhovaný termín: __________</w:t>
            </w:r>
          </w:p>
        </w:tc>
      </w:tr>
      <w:tr w:rsidR="009C61FD" w14:paraId="4015C9F1" w14:textId="77777777">
        <w:trPr>
          <w:cantSplit/>
        </w:trPr>
        <w:tc>
          <w:tcPr>
            <w:tcW w:w="3000" w:type="dxa"/>
            <w:shd w:val="clear" w:color="auto" w:fill="D9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93633A" w14:textId="77777777" w:rsidR="009C61FD" w:rsidRDefault="00D04175">
            <w:pPr>
              <w:spacing w:after="0" w:line="252" w:lineRule="auto"/>
            </w:pPr>
            <w:r>
              <w:rPr>
                <w:b/>
                <w:color w:val="1F4E79"/>
                <w:sz w:val="19"/>
              </w:rPr>
              <w:t>Předpokládané vyhlášení programu</w:t>
            </w:r>
          </w:p>
        </w:tc>
        <w:tc>
          <w:tcPr>
            <w:tcW w:w="6360" w:type="dxa"/>
            <w:shd w:val="clear" w:color="auto" w:fill="F4F7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5265BD" w14:textId="77777777" w:rsidR="009C61FD" w:rsidRDefault="00D04175">
            <w:pPr>
              <w:spacing w:after="0" w:line="252" w:lineRule="auto"/>
            </w:pPr>
            <w:r>
              <w:rPr>
                <w:i/>
                <w:color w:val="666666"/>
                <w:sz w:val="19"/>
              </w:rPr>
              <w:t>Měsíc / rok: __________</w:t>
            </w:r>
          </w:p>
        </w:tc>
      </w:tr>
      <w:tr w:rsidR="009C61FD" w14:paraId="5F58CA2D" w14:textId="77777777">
        <w:trPr>
          <w:cantSplit/>
        </w:trPr>
        <w:tc>
          <w:tcPr>
            <w:tcW w:w="3000" w:type="dxa"/>
            <w:shd w:val="clear" w:color="auto" w:fill="D9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F10AEE" w14:textId="77777777" w:rsidR="009C61FD" w:rsidRDefault="00D04175">
            <w:pPr>
              <w:spacing w:after="0" w:line="252" w:lineRule="auto"/>
            </w:pPr>
            <w:r>
              <w:rPr>
                <w:b/>
                <w:color w:val="1F4E79"/>
                <w:sz w:val="19"/>
              </w:rPr>
              <w:t>Předpokládaná první realizace</w:t>
            </w:r>
          </w:p>
        </w:tc>
        <w:tc>
          <w:tcPr>
            <w:tcW w:w="6360" w:type="dxa"/>
            <w:shd w:val="clear" w:color="auto" w:fill="F4F7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3D00EA" w14:textId="77777777" w:rsidR="009C61FD" w:rsidRDefault="00D04175">
            <w:pPr>
              <w:spacing w:after="0" w:line="252" w:lineRule="auto"/>
            </w:pPr>
            <w:r>
              <w:rPr>
                <w:i/>
                <w:color w:val="666666"/>
                <w:sz w:val="19"/>
              </w:rPr>
              <w:t>Semestr / akademický rok: __________</w:t>
            </w:r>
          </w:p>
        </w:tc>
      </w:tr>
    </w:tbl>
    <w:p w14:paraId="7D01CDEC" w14:textId="31283E24" w:rsidR="009C61FD" w:rsidRDefault="00A466B5">
      <w:pPr>
        <w:pStyle w:val="Nadpis1"/>
      </w:pPr>
      <w:r>
        <w:t>9</w:t>
      </w:r>
      <w:r w:rsidR="00D04175">
        <w:t xml:space="preserve">. Další </w:t>
      </w:r>
      <w:r w:rsidR="00D04175">
        <w:t>informace</w:t>
      </w:r>
    </w:p>
    <w:tbl>
      <w:tblPr>
        <w:tblStyle w:val="Mkatabulky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9C61FD" w14:paraId="141D6BED" w14:textId="77777777">
        <w:trPr>
          <w:cantSplit/>
        </w:trPr>
        <w:tc>
          <w:tcPr>
            <w:tcW w:w="9360" w:type="dxa"/>
            <w:shd w:val="clear" w:color="auto" w:fill="D9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45C182" w14:textId="77777777" w:rsidR="009C61FD" w:rsidRDefault="00D04175">
            <w:pPr>
              <w:spacing w:after="0" w:line="252" w:lineRule="auto"/>
            </w:pPr>
            <w:r>
              <w:rPr>
                <w:b/>
                <w:color w:val="1F4E79"/>
                <w:sz w:val="19"/>
              </w:rPr>
              <w:t>Doplňující informace k posouzení záměru</w:t>
            </w:r>
          </w:p>
        </w:tc>
      </w:tr>
      <w:tr w:rsidR="009C61FD" w14:paraId="44355C3B" w14:textId="77777777">
        <w:tc>
          <w:tcPr>
            <w:tcW w:w="9360" w:type="dxa"/>
            <w:shd w:val="clear" w:color="auto" w:fill="F4F7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C21274" w14:textId="77777777" w:rsidR="009C61FD" w:rsidRDefault="00D04175">
            <w:pPr>
              <w:spacing w:after="0" w:line="252" w:lineRule="auto"/>
            </w:pPr>
            <w:r>
              <w:rPr>
                <w:i/>
                <w:color w:val="666666"/>
                <w:sz w:val="19"/>
              </w:rPr>
              <w:t>Volitelné: návaznost na jiné programy, stohovatelnost mikrocertifikátu, specifické technické či organizační požadavky, rizika apod.</w:t>
            </w:r>
          </w:p>
          <w:p w14:paraId="7B4ABE2F" w14:textId="77777777" w:rsidR="009C61FD" w:rsidRDefault="00D04175">
            <w:pPr>
              <w:spacing w:after="0"/>
            </w:pPr>
            <w:r>
              <w:t xml:space="preserve"> </w:t>
            </w:r>
          </w:p>
          <w:p w14:paraId="7D6F0D4D" w14:textId="77777777" w:rsidR="009C61FD" w:rsidRDefault="00D04175">
            <w:pPr>
              <w:spacing w:after="0"/>
            </w:pPr>
            <w:r>
              <w:t xml:space="preserve"> </w:t>
            </w:r>
          </w:p>
          <w:p w14:paraId="285E4979" w14:textId="77777777" w:rsidR="009C61FD" w:rsidRDefault="00D04175">
            <w:pPr>
              <w:spacing w:after="0"/>
            </w:pPr>
            <w:r>
              <w:t xml:space="preserve"> </w:t>
            </w:r>
          </w:p>
        </w:tc>
      </w:tr>
    </w:tbl>
    <w:p w14:paraId="41E76E67" w14:textId="77580F05" w:rsidR="009C61FD" w:rsidRDefault="00A466B5">
      <w:pPr>
        <w:pStyle w:val="Nadpis1"/>
      </w:pPr>
      <w:r>
        <w:t>10</w:t>
      </w:r>
      <w:r w:rsidR="00D04175">
        <w:t>. Potvrzení podmínek výzvy</w:t>
      </w:r>
    </w:p>
    <w:p w14:paraId="66833CA2" w14:textId="77777777" w:rsidR="009C61FD" w:rsidRDefault="00D04175">
      <w:pPr>
        <w:spacing w:after="100"/>
        <w:ind w:left="85" w:hanging="85"/>
      </w:pPr>
      <w:r>
        <w:t>☐</w:t>
      </w:r>
      <w:r>
        <w:t xml:space="preserve"> Program vychází z již </w:t>
      </w:r>
      <w:r>
        <w:t>realizovaného předmětu nebo souboru předmětů vyučovaných příslušnou katedrou FF UP.</w:t>
      </w:r>
    </w:p>
    <w:p w14:paraId="53B9FD2D" w14:textId="77777777" w:rsidR="009C61FD" w:rsidRDefault="00D04175">
      <w:pPr>
        <w:spacing w:after="100"/>
        <w:ind w:left="85" w:hanging="85"/>
      </w:pPr>
      <w:r>
        <w:t>☐</w:t>
      </w:r>
      <w:r>
        <w:t xml:space="preserve"> Program je navržen jako semestrální program celoživotního vzdělávání.</w:t>
      </w:r>
    </w:p>
    <w:p w14:paraId="21327786" w14:textId="77777777" w:rsidR="009C61FD" w:rsidRDefault="00D04175">
      <w:pPr>
        <w:spacing w:after="100"/>
        <w:ind w:left="85" w:hanging="85"/>
      </w:pPr>
      <w:r>
        <w:t>☐</w:t>
      </w:r>
      <w:r>
        <w:t xml:space="preserve"> Obsah programu vychází z odborného zaměření a vzdělávací nabídky katedry.</w:t>
      </w:r>
    </w:p>
    <w:p w14:paraId="282010CB" w14:textId="77777777" w:rsidR="009C61FD" w:rsidRDefault="00D04175">
      <w:pPr>
        <w:spacing w:after="100"/>
        <w:ind w:left="85" w:hanging="85"/>
      </w:pPr>
      <w:r>
        <w:t>☐</w:t>
      </w:r>
      <w:r>
        <w:t xml:space="preserve"> Program je určen účast</w:t>
      </w:r>
      <w:r>
        <w:t>níkům z řad veřejnosti a cílová skupina je vymezena s ohledem na srovnatelné vstupní znalosti, zkušenosti nebo profesní zaměření.</w:t>
      </w:r>
    </w:p>
    <w:p w14:paraId="71310FAA" w14:textId="77777777" w:rsidR="009C61FD" w:rsidRDefault="00D04175">
      <w:pPr>
        <w:spacing w:after="100"/>
        <w:ind w:left="85" w:hanging="85"/>
      </w:pPr>
      <w:r>
        <w:t>☐</w:t>
      </w:r>
      <w:r>
        <w:t xml:space="preserve"> Návrh počítá se zpracováním výukových podkladů v Moodle a využíváním digitálně podporovaného učení.</w:t>
      </w:r>
    </w:p>
    <w:p w14:paraId="0232D763" w14:textId="77777777" w:rsidR="009C61FD" w:rsidRDefault="00D04175">
      <w:pPr>
        <w:spacing w:after="100"/>
        <w:ind w:left="85" w:hanging="85"/>
      </w:pPr>
      <w:r>
        <w:t>☐</w:t>
      </w:r>
      <w:r>
        <w:t xml:space="preserve"> Záměr není obecným jaz</w:t>
      </w:r>
      <w:r>
        <w:t>ykovým kurzem zaměřeným pouze na rozvoj jazykových dovedností.</w:t>
      </w:r>
    </w:p>
    <w:p w14:paraId="737D905B" w14:textId="77777777" w:rsidR="009C61FD" w:rsidRDefault="00D04175">
      <w:pPr>
        <w:spacing w:after="100"/>
        <w:ind w:left="85" w:hanging="85"/>
      </w:pPr>
      <w:r>
        <w:t>☐</w:t>
      </w:r>
      <w:r>
        <w:t xml:space="preserve"> Za katedru je v této výzvě předkládán nejvýše jeden záměr.</w:t>
      </w:r>
    </w:p>
    <w:tbl>
      <w:tblPr>
        <w:tblStyle w:val="Mkatabulky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000"/>
        <w:gridCol w:w="6360"/>
      </w:tblGrid>
      <w:tr w:rsidR="009C61FD" w14:paraId="24CE1BA3" w14:textId="77777777">
        <w:trPr>
          <w:cantSplit/>
        </w:trPr>
        <w:tc>
          <w:tcPr>
            <w:tcW w:w="3000" w:type="dxa"/>
            <w:shd w:val="clear" w:color="auto" w:fill="D9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17F763" w14:textId="77777777" w:rsidR="009C61FD" w:rsidRDefault="00D04175">
            <w:pPr>
              <w:spacing w:after="0" w:line="252" w:lineRule="auto"/>
            </w:pPr>
            <w:r>
              <w:rPr>
                <w:b/>
                <w:color w:val="1F4E79"/>
                <w:sz w:val="19"/>
              </w:rPr>
              <w:t>Datum</w:t>
            </w:r>
          </w:p>
        </w:tc>
        <w:tc>
          <w:tcPr>
            <w:tcW w:w="6360" w:type="dxa"/>
            <w:shd w:val="clear" w:color="auto" w:fill="F4F7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7A52FA" w14:textId="77777777" w:rsidR="009C61FD" w:rsidRDefault="00D04175">
            <w:pPr>
              <w:spacing w:after="0" w:line="252" w:lineRule="auto"/>
            </w:pPr>
            <w:r>
              <w:rPr>
                <w:i/>
                <w:color w:val="666666"/>
                <w:sz w:val="19"/>
              </w:rPr>
              <w:t>____________________________</w:t>
            </w:r>
          </w:p>
        </w:tc>
      </w:tr>
      <w:tr w:rsidR="009C61FD" w14:paraId="2332DB8A" w14:textId="77777777">
        <w:trPr>
          <w:cantSplit/>
        </w:trPr>
        <w:tc>
          <w:tcPr>
            <w:tcW w:w="3000" w:type="dxa"/>
            <w:shd w:val="clear" w:color="auto" w:fill="D9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06F563" w14:textId="77777777" w:rsidR="009C61FD" w:rsidRDefault="00D04175">
            <w:pPr>
              <w:spacing w:after="0" w:line="252" w:lineRule="auto"/>
            </w:pPr>
            <w:r>
              <w:rPr>
                <w:b/>
                <w:color w:val="1F4E79"/>
                <w:sz w:val="19"/>
              </w:rPr>
              <w:t>Předkladatel/ka</w:t>
            </w:r>
          </w:p>
        </w:tc>
        <w:tc>
          <w:tcPr>
            <w:tcW w:w="6360" w:type="dxa"/>
            <w:shd w:val="clear" w:color="auto" w:fill="F4F7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00A125" w14:textId="77777777" w:rsidR="009C61FD" w:rsidRDefault="00D04175">
            <w:pPr>
              <w:spacing w:after="0" w:line="252" w:lineRule="auto"/>
            </w:pPr>
            <w:r>
              <w:rPr>
                <w:i/>
                <w:color w:val="666666"/>
                <w:sz w:val="19"/>
              </w:rPr>
              <w:t xml:space="preserve">Jméno: ____________________________   podpis: </w:t>
            </w:r>
            <w:r>
              <w:rPr>
                <w:i/>
                <w:color w:val="666666"/>
                <w:sz w:val="19"/>
              </w:rPr>
              <w:t>____________________________</w:t>
            </w:r>
          </w:p>
        </w:tc>
      </w:tr>
      <w:tr w:rsidR="009C61FD" w14:paraId="7F77B4D4" w14:textId="77777777">
        <w:trPr>
          <w:cantSplit/>
        </w:trPr>
        <w:tc>
          <w:tcPr>
            <w:tcW w:w="3000" w:type="dxa"/>
            <w:shd w:val="clear" w:color="auto" w:fill="D9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1D0177" w14:textId="77777777" w:rsidR="009C61FD" w:rsidRDefault="00D04175">
            <w:pPr>
              <w:spacing w:after="0" w:line="252" w:lineRule="auto"/>
            </w:pPr>
            <w:r>
              <w:rPr>
                <w:b/>
                <w:color w:val="1F4E79"/>
                <w:sz w:val="19"/>
              </w:rPr>
              <w:t>Vedoucí katedry / pracoviště</w:t>
            </w:r>
          </w:p>
        </w:tc>
        <w:tc>
          <w:tcPr>
            <w:tcW w:w="6360" w:type="dxa"/>
            <w:shd w:val="clear" w:color="auto" w:fill="F4F7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CE2540" w14:textId="77777777" w:rsidR="009C61FD" w:rsidRDefault="00D04175">
            <w:pPr>
              <w:spacing w:after="0" w:line="252" w:lineRule="auto"/>
            </w:pPr>
            <w:r>
              <w:rPr>
                <w:i/>
                <w:color w:val="666666"/>
                <w:sz w:val="19"/>
              </w:rPr>
              <w:t>Jméno: ____________________________   podpis: ____________________________</w:t>
            </w:r>
          </w:p>
        </w:tc>
      </w:tr>
    </w:tbl>
    <w:p w14:paraId="2E612C25" w14:textId="77777777" w:rsidR="009C61FD" w:rsidRDefault="009C61FD">
      <w:pPr>
        <w:spacing w:after="0"/>
      </w:pPr>
    </w:p>
    <w:p w14:paraId="60E74182" w14:textId="77777777" w:rsidR="009C61FD" w:rsidRDefault="00D04175">
      <w:pPr>
        <w:pStyle w:val="Nadpis1"/>
      </w:pPr>
      <w:r>
        <w:t>Pokyny k odevzdání</w:t>
      </w:r>
    </w:p>
    <w:p w14:paraId="22C90FAA" w14:textId="77777777" w:rsidR="009C61FD" w:rsidRDefault="00D04175">
      <w:r>
        <w:rPr>
          <w:b/>
        </w:rPr>
        <w:t xml:space="preserve">Termín: </w:t>
      </w:r>
      <w:r>
        <w:t xml:space="preserve">1. 10. 2026–30. 11. 2026. </w:t>
      </w:r>
      <w:r>
        <w:rPr>
          <w:b/>
        </w:rPr>
        <w:t xml:space="preserve">Kontaktní osoba: </w:t>
      </w:r>
      <w:r>
        <w:t>Branka Čačkovićová, branka.cackovicova@upol.cz, 58</w:t>
      </w:r>
      <w:r>
        <w:t>5 633 654.</w:t>
      </w:r>
    </w:p>
    <w:p w14:paraId="166AB4C4" w14:textId="77777777" w:rsidR="009C61FD" w:rsidRDefault="00D04175">
      <w:r>
        <w:rPr>
          <w:i/>
          <w:color w:val="666666"/>
          <w:sz w:val="18"/>
        </w:rPr>
        <w:t>Formulář slouží k výběru záměrů. Vybrané katedry následně zpracují úplnou žádost o schválení programu CŽV opatřeného mikrocertifikátem pro Koordinační radu CŽV.</w:t>
      </w:r>
    </w:p>
    <w:sectPr w:rsidR="009C61FD" w:rsidSect="00034616">
      <w:headerReference w:type="default" r:id="rId8"/>
      <w:footerReference w:type="default" r:id="rId9"/>
      <w:pgSz w:w="11906" w:h="16838"/>
      <w:pgMar w:top="964" w:right="1134" w:bottom="907" w:left="113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135D0" w14:textId="77777777" w:rsidR="00D04175" w:rsidRDefault="00D04175">
      <w:pPr>
        <w:spacing w:after="0" w:line="240" w:lineRule="auto"/>
      </w:pPr>
      <w:r>
        <w:separator/>
      </w:r>
    </w:p>
  </w:endnote>
  <w:endnote w:type="continuationSeparator" w:id="0">
    <w:p w14:paraId="2AAF2832" w14:textId="77777777" w:rsidR="00D04175" w:rsidRDefault="00D041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6F91C" w14:textId="77777777" w:rsidR="009C61FD" w:rsidRDefault="00D04175">
    <w:pPr>
      <w:pStyle w:val="Zpat"/>
      <w:jc w:val="center"/>
    </w:pPr>
    <w:r>
      <w:rPr>
        <w:color w:val="666666"/>
        <w:sz w:val="16"/>
      </w:rPr>
      <w:t xml:space="preserve">Strana </w:t>
    </w:r>
    <w:r>
      <w:fldChar w:fldCharType="begin"/>
    </w:r>
    <w:r>
      <w:instrText>PAGE</w:instrText>
    </w:r>
    <w:r>
      <w:fldChar w:fldCharType="separate"/>
    </w:r>
    <w:r w:rsidR="00A466B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1025A0" w14:textId="77777777" w:rsidR="00D04175" w:rsidRDefault="00D04175">
      <w:pPr>
        <w:spacing w:after="0" w:line="240" w:lineRule="auto"/>
      </w:pPr>
      <w:r>
        <w:separator/>
      </w:r>
    </w:p>
  </w:footnote>
  <w:footnote w:type="continuationSeparator" w:id="0">
    <w:p w14:paraId="1B1004CE" w14:textId="77777777" w:rsidR="00D04175" w:rsidRDefault="00D041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7E39B" w14:textId="77777777" w:rsidR="009C61FD" w:rsidRDefault="00D04175">
    <w:pPr>
      <w:pStyle w:val="Zhlav"/>
      <w:jc w:val="right"/>
    </w:pPr>
    <w:r>
      <w:rPr>
        <w:color w:val="666666"/>
        <w:sz w:val="16"/>
      </w:rPr>
      <w:t xml:space="preserve">FF UP  |  záměr programu CŽV opatřeného </w:t>
    </w:r>
    <w:r>
      <w:rPr>
        <w:color w:val="666666"/>
        <w:sz w:val="16"/>
      </w:rPr>
      <w:t>mikrocertifikátem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9C61FD"/>
    <w:rsid w:val="00A466B5"/>
    <w:rsid w:val="00AA1D8D"/>
    <w:rsid w:val="00B47730"/>
    <w:rsid w:val="00CB0664"/>
    <w:rsid w:val="00D0417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6FF28F"/>
  <w14:defaultImageDpi w14:val="300"/>
  <w15:docId w15:val="{E7792CDD-3B22-48E1-AD07-860AB1557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20" w:line="269" w:lineRule="auto"/>
    </w:pPr>
    <w:rPr>
      <w:rFonts w:ascii="Arial" w:hAnsi="Arial"/>
      <w:color w:val="1F1F1F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1F4E79"/>
      <w:sz w:val="30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1F4E79"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646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Klimentova Eva</cp:lastModifiedBy>
  <cp:revision>2</cp:revision>
  <dcterms:created xsi:type="dcterms:W3CDTF">2026-09-23T08:35:00Z</dcterms:created>
  <dcterms:modified xsi:type="dcterms:W3CDTF">2026-09-23T08:35:00Z</dcterms:modified>
  <cp:category/>
</cp:coreProperties>
</file>